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531F39" w14:textId="50BDF256" w:rsidR="00A12A1F" w:rsidRDefault="005245D7" w:rsidP="005245D7">
      <w:pPr>
        <w:pStyle w:val="Heading1"/>
        <w:spacing w:before="0"/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27E7FE6B" wp14:editId="47863834">
            <wp:simplePos x="0" y="0"/>
            <wp:positionH relativeFrom="column">
              <wp:posOffset>3444875</wp:posOffset>
            </wp:positionH>
            <wp:positionV relativeFrom="paragraph">
              <wp:posOffset>-653959</wp:posOffset>
            </wp:positionV>
            <wp:extent cx="2609215" cy="1822450"/>
            <wp:effectExtent l="0" t="0" r="0" b="6350"/>
            <wp:wrapThrough wrapText="bothSides">
              <wp:wrapPolygon edited="0">
                <wp:start x="0" y="0"/>
                <wp:lineTo x="0" y="21525"/>
                <wp:lineTo x="21448" y="21525"/>
                <wp:lineTo x="21448" y="0"/>
                <wp:lineTo x="0" y="0"/>
              </wp:wrapPolygon>
            </wp:wrapThrough>
            <wp:docPr id="2082371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37178" name="Picture 20823717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09215" cy="182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37D2">
        <w:t>EMERGENCY ACTION PLAN (EAP)</w:t>
      </w:r>
    </w:p>
    <w:p w14:paraId="43E1A599" w14:textId="77777777" w:rsidR="00A12A1F" w:rsidRDefault="00DB37D2" w:rsidP="005245D7">
      <w:pPr>
        <w:pStyle w:val="Heading1"/>
        <w:jc w:val="center"/>
      </w:pPr>
      <w:r w:rsidRPr="005245D7">
        <w:t>El Dorado Junior Cougars Football &amp; Cheer Program</w:t>
      </w:r>
    </w:p>
    <w:p w14:paraId="5FDE8197" w14:textId="77777777" w:rsidR="005245D7" w:rsidRPr="005245D7" w:rsidRDefault="005245D7" w:rsidP="005245D7"/>
    <w:p w14:paraId="429ABAE5" w14:textId="09FB441F" w:rsidR="00A12A1F" w:rsidRDefault="00DB37D2">
      <w:r>
        <w:t>El Dorado High School Football Field, Placerville, CA</w:t>
      </w:r>
    </w:p>
    <w:p w14:paraId="6029EB1C" w14:textId="48350D25" w:rsidR="005245D7" w:rsidRPr="005245D7" w:rsidRDefault="00DB37D2" w:rsidP="005245D7">
      <w:pPr>
        <w:pStyle w:val="Heading2"/>
        <w:numPr>
          <w:ilvl w:val="0"/>
          <w:numId w:val="10"/>
        </w:numPr>
      </w:pPr>
      <w:r>
        <w:t>Emergency Personnel</w:t>
      </w:r>
    </w:p>
    <w:p w14:paraId="471EBC10" w14:textId="2318DCD4" w:rsidR="00A12A1F" w:rsidRDefault="00DB37D2">
      <w:r>
        <w:t>• Coaches (Head &amp; Assistant)</w:t>
      </w:r>
      <w:r>
        <w:br/>
        <w:t>• Team Safety Coordinator</w:t>
      </w:r>
      <w:r w:rsidR="00E90BB7">
        <w:t>/Board Members</w:t>
      </w:r>
      <w:r>
        <w:br/>
        <w:t>• Parent Volunteers with CPR/First Aid certification</w:t>
      </w:r>
      <w:r>
        <w:br/>
        <w:t>• Emergency Medical Services (EMS)</w:t>
      </w:r>
    </w:p>
    <w:p w14:paraId="01218C68" w14:textId="77777777" w:rsidR="00A12A1F" w:rsidRDefault="00DB37D2">
      <w:pPr>
        <w:pStyle w:val="Heading2"/>
      </w:pPr>
      <w:r>
        <w:t>2. Emergency Equipment</w:t>
      </w:r>
    </w:p>
    <w:p w14:paraId="7F14160B" w14:textId="22AA045C" w:rsidR="00A12A1F" w:rsidRDefault="00DB37D2">
      <w:r>
        <w:t xml:space="preserve">• AED (Located in </w:t>
      </w:r>
      <w:r w:rsidR="005245D7">
        <w:t>ticket booth and on-field medic</w:t>
      </w:r>
      <w:r>
        <w:t>)</w:t>
      </w:r>
      <w:r>
        <w:br/>
        <w:t>• First Aid Kit (at each practice/game)</w:t>
      </w:r>
      <w:r>
        <w:br/>
        <w:t>• Splints, Ice Packs, Emergency Contact Binder</w:t>
      </w:r>
      <w:r w:rsidR="005245D7">
        <w:t xml:space="preserve"> (Sideline bag and Medic)</w:t>
      </w:r>
    </w:p>
    <w:p w14:paraId="409EA0E7" w14:textId="77777777" w:rsidR="00A12A1F" w:rsidRDefault="00DB37D2">
      <w:pPr>
        <w:pStyle w:val="Heading2"/>
      </w:pPr>
      <w:r>
        <w:t>3. Roles &amp; Responsibilities</w:t>
      </w:r>
    </w:p>
    <w:p w14:paraId="208F9B5B" w14:textId="77777777" w:rsidR="00A12A1F" w:rsidRDefault="00DB37D2">
      <w:r>
        <w:t>Coach/First Responder:</w:t>
      </w:r>
      <w:r>
        <w:br/>
        <w:t>- Assess scene safety and athlete</w:t>
      </w:r>
      <w:r>
        <w:br/>
        <w:t>- Begin CPR/First Aid as necessary</w:t>
      </w:r>
      <w:r>
        <w:br/>
      </w:r>
      <w:r>
        <w:br/>
        <w:t>Safety Coordinator:</w:t>
      </w:r>
      <w:r>
        <w:br/>
        <w:t>- Retrieve AED</w:t>
      </w:r>
      <w:r>
        <w:br/>
        <w:t>- Call 911 and give exact field location</w:t>
      </w:r>
      <w:r>
        <w:br/>
        <w:t>- Assist with crowd control</w:t>
      </w:r>
      <w:r>
        <w:br/>
      </w:r>
      <w:r>
        <w:br/>
        <w:t>Assistant Coach or Volunteer:</w:t>
      </w:r>
      <w:r>
        <w:br/>
        <w:t>- Meet EMS at entrance (El Dorado High School main gate)</w:t>
      </w:r>
      <w:r>
        <w:br/>
        <w:t>- Direct EMS to injured athlete</w:t>
      </w:r>
      <w:r>
        <w:br/>
      </w:r>
      <w:r>
        <w:br/>
        <w:t>Parent Volunteer:</w:t>
      </w:r>
      <w:r>
        <w:br/>
        <w:t>- Contact athlete’s parent/guardian</w:t>
      </w:r>
      <w:r>
        <w:br/>
        <w:t>- Record incident details</w:t>
      </w:r>
    </w:p>
    <w:p w14:paraId="1BB2BA12" w14:textId="77777777" w:rsidR="005245D7" w:rsidRDefault="005245D7">
      <w:pPr>
        <w:pStyle w:val="Heading2"/>
      </w:pPr>
    </w:p>
    <w:p w14:paraId="07C46459" w14:textId="77777777" w:rsidR="005245D7" w:rsidRDefault="005245D7">
      <w:pPr>
        <w:pStyle w:val="Heading2"/>
      </w:pPr>
    </w:p>
    <w:p w14:paraId="01B347EA" w14:textId="77777777" w:rsidR="005245D7" w:rsidRPr="005245D7" w:rsidRDefault="005245D7" w:rsidP="005245D7"/>
    <w:p w14:paraId="4047B8F1" w14:textId="000981C7" w:rsidR="00A12A1F" w:rsidRDefault="00DB37D2">
      <w:pPr>
        <w:pStyle w:val="Heading2"/>
      </w:pPr>
      <w:r>
        <w:lastRenderedPageBreak/>
        <w:t>4. Emergency Contact Info</w:t>
      </w:r>
    </w:p>
    <w:p w14:paraId="1A8EC8F3" w14:textId="77777777" w:rsidR="00A12A1F" w:rsidRDefault="00DB37D2">
      <w:r>
        <w:t>• El Dorado High School Address:</w:t>
      </w:r>
      <w:r>
        <w:br/>
        <w:t xml:space="preserve">  561 Canal Street, Placerville, CA 95667</w:t>
      </w:r>
      <w:r>
        <w:br/>
      </w:r>
      <w:r>
        <w:br/>
        <w:t>• Closest Hospital:</w:t>
      </w:r>
      <w:r>
        <w:br/>
        <w:t xml:space="preserve">  Marshall Medical Center (3.5 miles)</w:t>
      </w:r>
      <w:r>
        <w:br/>
        <w:t xml:space="preserve">  1100 Marshall Way, Placerville, CA</w:t>
      </w:r>
      <w:r>
        <w:br/>
        <w:t xml:space="preserve">  ER: (530) 626-7711</w:t>
      </w:r>
      <w:r>
        <w:br/>
      </w:r>
      <w:r>
        <w:br/>
        <w:t>• Emergency Services: 911</w:t>
      </w:r>
    </w:p>
    <w:p w14:paraId="72BFCC1F" w14:textId="77777777" w:rsidR="00A12A1F" w:rsidRDefault="00DB37D2">
      <w:pPr>
        <w:pStyle w:val="Heading2"/>
      </w:pPr>
      <w:r>
        <w:t>5. Communication Plan</w:t>
      </w:r>
    </w:p>
    <w:p w14:paraId="4306A3CB" w14:textId="2F8B1A41" w:rsidR="00A12A1F" w:rsidRDefault="00DB37D2">
      <w:r>
        <w:t>• Primary Contact: Head Coach</w:t>
      </w:r>
      <w:r>
        <w:br/>
        <w:t>• Secondary Contact: Program Director</w:t>
      </w:r>
      <w:r>
        <w:br/>
        <w:t>• Walkie-Talkies and Cell Phones used for onsite communication</w:t>
      </w:r>
      <w:r>
        <w:br/>
        <w:t xml:space="preserve">• Emergency contact list kept in binder and in </w:t>
      </w:r>
      <w:proofErr w:type="spellStart"/>
      <w:r w:rsidR="005245D7">
        <w:t>TeamSideline</w:t>
      </w:r>
      <w:proofErr w:type="spellEnd"/>
      <w:r w:rsidR="005245D7">
        <w:t>/TeamSnap app</w:t>
      </w:r>
    </w:p>
    <w:p w14:paraId="70C67730" w14:textId="77777777" w:rsidR="00A12A1F" w:rsidRDefault="00DB37D2">
      <w:pPr>
        <w:pStyle w:val="Heading2"/>
      </w:pPr>
      <w:r>
        <w:t>6. Weather &amp; Evacuation</w:t>
      </w:r>
    </w:p>
    <w:p w14:paraId="08D7617B" w14:textId="77777777" w:rsidR="00A12A1F" w:rsidRDefault="00DB37D2">
      <w:r>
        <w:t>• Lightning Protocol:</w:t>
      </w:r>
      <w:r>
        <w:br/>
        <w:t xml:space="preserve">  - Clear field immediately. Return only after 30 mins of no lightning.</w:t>
      </w:r>
      <w:r>
        <w:br/>
      </w:r>
      <w:r>
        <w:br/>
        <w:t>• Heat Illness Protocol:</w:t>
      </w:r>
      <w:r>
        <w:br/>
        <w:t xml:space="preserve">  - Scheduled water breaks. Monitor for heat exhaustion/stroke.</w:t>
      </w:r>
      <w:r>
        <w:br/>
      </w:r>
      <w:r>
        <w:br/>
        <w:t>• Wildfire/Smoke Index &gt;150 AQI:</w:t>
      </w:r>
      <w:r>
        <w:br/>
        <w:t xml:space="preserve">  - Practice/Game cancellation per air quality app.</w:t>
      </w:r>
      <w:r>
        <w:br/>
      </w:r>
      <w:r>
        <w:br/>
        <w:t>• Evacuation Plan:</w:t>
      </w:r>
      <w:r>
        <w:br/>
        <w:t xml:space="preserve">  - Evacuate to gymnasium or parent pick-up zone at front parking lot.</w:t>
      </w:r>
    </w:p>
    <w:p w14:paraId="49C35485" w14:textId="77777777" w:rsidR="00A12A1F" w:rsidRDefault="00DB37D2">
      <w:pPr>
        <w:pStyle w:val="Heading2"/>
      </w:pPr>
      <w:r>
        <w:t>7. Review &amp; Training</w:t>
      </w:r>
    </w:p>
    <w:p w14:paraId="658E4BEE" w14:textId="77777777" w:rsidR="00A12A1F" w:rsidRDefault="00DB37D2">
      <w:r>
        <w:t>• Coaches &amp; volunteers trained annually in:</w:t>
      </w:r>
      <w:r>
        <w:br/>
        <w:t xml:space="preserve">  - CPR / First Aid</w:t>
      </w:r>
      <w:r>
        <w:br/>
        <w:t xml:space="preserve">  - EAP Protocol</w:t>
      </w:r>
      <w:r>
        <w:br/>
        <w:t xml:space="preserve">  - Concussion Protocol</w:t>
      </w:r>
      <w:r>
        <w:br/>
        <w:t>• Monthly equipment checks (AED, First Aid)</w:t>
      </w:r>
      <w:r>
        <w:br/>
        <w:t>• Emergency drills conducted each season</w:t>
      </w:r>
    </w:p>
    <w:p w14:paraId="1F03CC98" w14:textId="77777777" w:rsidR="00A12A1F" w:rsidRDefault="00DB37D2">
      <w:pPr>
        <w:pStyle w:val="Heading2"/>
      </w:pPr>
      <w:r>
        <w:t>8. Program Contact Info</w:t>
      </w:r>
    </w:p>
    <w:p w14:paraId="6FCCA29B" w14:textId="41E2F8CA" w:rsidR="00A12A1F" w:rsidRDefault="00DB37D2">
      <w:r>
        <w:t xml:space="preserve">• Program President: Brian Martin </w:t>
      </w:r>
      <w:r w:rsidR="005245D7">
        <w:t>530-309-7452</w:t>
      </w:r>
      <w:r>
        <w:br/>
        <w:t xml:space="preserve">• </w:t>
      </w:r>
      <w:r w:rsidR="005245D7">
        <w:t>Director of Football/Cheer</w:t>
      </w:r>
      <w:r>
        <w:t xml:space="preserve">: Cody Schneider </w:t>
      </w:r>
      <w:r w:rsidR="005245D7">
        <w:t>530-391-4243</w:t>
      </w:r>
      <w:r>
        <w:br/>
        <w:t xml:space="preserve">• Vice President: Penny Hansen </w:t>
      </w:r>
      <w:r w:rsidR="005245D7">
        <w:t>530-957-2398</w:t>
      </w:r>
      <w:r>
        <w:br/>
        <w:t>• S</w:t>
      </w:r>
      <w:r w:rsidR="005245D7">
        <w:t>afety Coordinator: Cristal Wallace 530-444-0413</w:t>
      </w:r>
    </w:p>
    <w:sectPr w:rsidR="00A12A1F" w:rsidSect="005245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DD9729F"/>
    <w:multiLevelType w:val="hybridMultilevel"/>
    <w:tmpl w:val="8A20644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30753294">
    <w:abstractNumId w:val="8"/>
  </w:num>
  <w:num w:numId="2" w16cid:durableId="1960337519">
    <w:abstractNumId w:val="6"/>
  </w:num>
  <w:num w:numId="3" w16cid:durableId="549532263">
    <w:abstractNumId w:val="5"/>
  </w:num>
  <w:num w:numId="4" w16cid:durableId="1514615052">
    <w:abstractNumId w:val="4"/>
  </w:num>
  <w:num w:numId="5" w16cid:durableId="704452701">
    <w:abstractNumId w:val="7"/>
  </w:num>
  <w:num w:numId="6" w16cid:durableId="1383291470">
    <w:abstractNumId w:val="3"/>
  </w:num>
  <w:num w:numId="7" w16cid:durableId="891696349">
    <w:abstractNumId w:val="2"/>
  </w:num>
  <w:num w:numId="8" w16cid:durableId="1447308464">
    <w:abstractNumId w:val="1"/>
  </w:num>
  <w:num w:numId="9" w16cid:durableId="1283803183">
    <w:abstractNumId w:val="0"/>
  </w:num>
  <w:num w:numId="10" w16cid:durableId="194584604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E1E7E"/>
    <w:rsid w:val="005245D7"/>
    <w:rsid w:val="00574C30"/>
    <w:rsid w:val="00760FD1"/>
    <w:rsid w:val="00A12A1F"/>
    <w:rsid w:val="00AA1D8D"/>
    <w:rsid w:val="00B47730"/>
    <w:rsid w:val="00CB0664"/>
    <w:rsid w:val="00DB37D2"/>
    <w:rsid w:val="00E90BB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05ED2F"/>
  <w14:defaultImageDpi w14:val="300"/>
  <w15:docId w15:val="{E6A94082-1561-B949-92E7-25F21CCBA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Cristal Wallace</cp:lastModifiedBy>
  <cp:revision>2</cp:revision>
  <dcterms:created xsi:type="dcterms:W3CDTF">2025-08-05T00:57:00Z</dcterms:created>
  <dcterms:modified xsi:type="dcterms:W3CDTF">2025-08-05T00:57:00Z</dcterms:modified>
  <cp:category/>
</cp:coreProperties>
</file>